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13BD" w:rsidRDefault="001513BD" w:rsidP="001513BD">
      <w:pPr>
        <w:spacing w:after="0"/>
        <w:jc w:val="center"/>
        <w:rPr>
          <w:b/>
          <w:bCs/>
          <w:sz w:val="26"/>
          <w:lang w:val="lt-LT"/>
        </w:rPr>
      </w:pPr>
      <w:r w:rsidRPr="001513BD">
        <w:rPr>
          <w:b/>
          <w:bCs/>
          <w:sz w:val="26"/>
          <w:lang w:val="lt-LT"/>
        </w:rPr>
        <w:t>KITŲ NEFORMALIOJO UGDYMO PROGRAMŲ TEIKĖJŲ</w:t>
      </w:r>
    </w:p>
    <w:p w:rsidR="001513BD" w:rsidRPr="001513BD" w:rsidRDefault="001513BD" w:rsidP="001513BD">
      <w:pPr>
        <w:spacing w:after="0"/>
        <w:jc w:val="center"/>
        <w:rPr>
          <w:b/>
          <w:sz w:val="26"/>
          <w:lang w:val="lt-LT"/>
        </w:rPr>
      </w:pPr>
      <w:r w:rsidRPr="001513BD">
        <w:rPr>
          <w:b/>
          <w:bCs/>
          <w:sz w:val="26"/>
          <w:lang w:val="lt-LT"/>
        </w:rPr>
        <w:t xml:space="preserve"> MOKYKLOJE ORGANIZUOJAMŲ BŪRELIŲ VEIKLŲ TVARKARAŠTIS 2026–2027 M. M.</w:t>
      </w:r>
    </w:p>
    <w:tbl>
      <w:tblPr>
        <w:tblStyle w:val="Lentelstinklelis"/>
        <w:tblW w:w="0" w:type="auto"/>
        <w:jc w:val="center"/>
        <w:tblLook w:val="04A0" w:firstRow="1" w:lastRow="0" w:firstColumn="1" w:lastColumn="0" w:noHBand="0" w:noVBand="1"/>
      </w:tblPr>
      <w:tblGrid>
        <w:gridCol w:w="2895"/>
        <w:gridCol w:w="3433"/>
        <w:gridCol w:w="2395"/>
        <w:gridCol w:w="2868"/>
        <w:gridCol w:w="2879"/>
      </w:tblGrid>
      <w:tr w:rsidR="007C7985">
        <w:trPr>
          <w:jc w:val="center"/>
        </w:trPr>
        <w:tc>
          <w:tcPr>
            <w:tcW w:w="2948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C7985" w:rsidRDefault="007F540B">
            <w:pPr>
              <w:jc w:val="center"/>
            </w:pPr>
            <w:proofErr w:type="spellStart"/>
            <w:r>
              <w:rPr>
                <w:b/>
                <w:sz w:val="19"/>
              </w:rPr>
              <w:t>Organizatorius</w:t>
            </w:r>
            <w:proofErr w:type="spellEnd"/>
          </w:p>
        </w:tc>
        <w:tc>
          <w:tcPr>
            <w:tcW w:w="3515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C7985" w:rsidRDefault="007F540B">
            <w:pPr>
              <w:jc w:val="center"/>
            </w:pPr>
            <w:r>
              <w:rPr>
                <w:b/>
                <w:sz w:val="19"/>
              </w:rPr>
              <w:t>Būrelis / programa</w:t>
            </w:r>
          </w:p>
        </w:tc>
        <w:tc>
          <w:tcPr>
            <w:tcW w:w="2438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C7985" w:rsidRDefault="007F540B">
            <w:pPr>
              <w:jc w:val="center"/>
            </w:pPr>
            <w:r>
              <w:rPr>
                <w:b/>
                <w:sz w:val="19"/>
              </w:rPr>
              <w:t>Savaitės diena</w:t>
            </w:r>
          </w:p>
        </w:tc>
        <w:tc>
          <w:tcPr>
            <w:tcW w:w="2948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C7985" w:rsidRDefault="007F540B">
            <w:pPr>
              <w:jc w:val="center"/>
            </w:pPr>
            <w:r>
              <w:rPr>
                <w:b/>
                <w:sz w:val="19"/>
              </w:rPr>
              <w:t>Laikas</w:t>
            </w:r>
          </w:p>
        </w:tc>
        <w:tc>
          <w:tcPr>
            <w:tcW w:w="2948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C7985" w:rsidRDefault="007F540B">
            <w:pPr>
              <w:jc w:val="center"/>
            </w:pPr>
            <w:r>
              <w:rPr>
                <w:b/>
                <w:sz w:val="19"/>
              </w:rPr>
              <w:t>Vieta</w:t>
            </w:r>
          </w:p>
        </w:tc>
      </w:tr>
      <w:tr w:rsidR="007C7985">
        <w:trPr>
          <w:jc w:val="center"/>
        </w:trPr>
        <w:tc>
          <w:tcPr>
            <w:tcW w:w="294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C7985" w:rsidRDefault="007F540B">
            <w:r>
              <w:rPr>
                <w:sz w:val="18"/>
              </w:rPr>
              <w:t>Šiaulių Menų mokykla</w:t>
            </w:r>
          </w:p>
        </w:tc>
        <w:tc>
          <w:tcPr>
            <w:tcW w:w="351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C7985" w:rsidRDefault="007F540B">
            <w:r>
              <w:rPr>
                <w:sz w:val="18"/>
              </w:rPr>
              <w:t>„Mažieji dailininkai“ (1–4 kl.)</w:t>
            </w:r>
          </w:p>
        </w:tc>
        <w:tc>
          <w:tcPr>
            <w:tcW w:w="243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C7985" w:rsidRDefault="007F540B">
            <w:r>
              <w:rPr>
                <w:sz w:val="18"/>
              </w:rPr>
              <w:t>Trečiadienis</w:t>
            </w:r>
          </w:p>
        </w:tc>
        <w:tc>
          <w:tcPr>
            <w:tcW w:w="294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C7985" w:rsidRDefault="007F540B">
            <w:r>
              <w:rPr>
                <w:sz w:val="18"/>
              </w:rPr>
              <w:t>14.30–16.05</w:t>
            </w:r>
          </w:p>
        </w:tc>
        <w:tc>
          <w:tcPr>
            <w:tcW w:w="294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C7985" w:rsidRDefault="007F540B">
            <w:r>
              <w:rPr>
                <w:sz w:val="18"/>
              </w:rPr>
              <w:t>3 kab.</w:t>
            </w:r>
          </w:p>
        </w:tc>
      </w:tr>
      <w:tr w:rsidR="007C7985">
        <w:trPr>
          <w:jc w:val="center"/>
        </w:trPr>
        <w:tc>
          <w:tcPr>
            <w:tcW w:w="294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C7985" w:rsidRDefault="007F540B">
            <w:r>
              <w:rPr>
                <w:sz w:val="18"/>
              </w:rPr>
              <w:t xml:space="preserve">Šiaulių </w:t>
            </w:r>
            <w:r>
              <w:rPr>
                <w:sz w:val="18"/>
              </w:rPr>
              <w:t>Menų mokykla</w:t>
            </w:r>
          </w:p>
        </w:tc>
        <w:tc>
          <w:tcPr>
            <w:tcW w:w="351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C7985" w:rsidRDefault="007F540B">
            <w:r>
              <w:rPr>
                <w:sz w:val="18"/>
              </w:rPr>
              <w:t>„Skanus menas“ (1–4 kl.)</w:t>
            </w:r>
          </w:p>
        </w:tc>
        <w:tc>
          <w:tcPr>
            <w:tcW w:w="243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C7985" w:rsidRDefault="007F540B">
            <w:r>
              <w:rPr>
                <w:sz w:val="18"/>
              </w:rPr>
              <w:t>Ketvirtadienis</w:t>
            </w:r>
          </w:p>
        </w:tc>
        <w:tc>
          <w:tcPr>
            <w:tcW w:w="294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C7985" w:rsidRDefault="007F540B">
            <w:r>
              <w:rPr>
                <w:sz w:val="18"/>
              </w:rPr>
              <w:t>13.00–16.30</w:t>
            </w:r>
          </w:p>
        </w:tc>
        <w:tc>
          <w:tcPr>
            <w:tcW w:w="294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C7985" w:rsidRDefault="007F540B">
            <w:r>
              <w:rPr>
                <w:sz w:val="18"/>
              </w:rPr>
              <w:t>Muzikos kabinetas</w:t>
            </w:r>
          </w:p>
        </w:tc>
      </w:tr>
      <w:tr w:rsidR="007C7985">
        <w:trPr>
          <w:jc w:val="center"/>
        </w:trPr>
        <w:tc>
          <w:tcPr>
            <w:tcW w:w="294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C7985" w:rsidRDefault="007F540B">
            <w:r>
              <w:rPr>
                <w:sz w:val="18"/>
              </w:rPr>
              <w:t>Šiaulių Menų mokykla</w:t>
            </w:r>
          </w:p>
        </w:tc>
        <w:tc>
          <w:tcPr>
            <w:tcW w:w="351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C7985" w:rsidRDefault="007F540B">
            <w:r>
              <w:rPr>
                <w:sz w:val="18"/>
              </w:rPr>
              <w:t>„Gudrūs pinigėliai“ (1–4 kl.)</w:t>
            </w:r>
          </w:p>
        </w:tc>
        <w:tc>
          <w:tcPr>
            <w:tcW w:w="243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C7985" w:rsidRDefault="007F540B">
            <w:r>
              <w:rPr>
                <w:sz w:val="18"/>
              </w:rPr>
              <w:t>Antradienis / Ketvirtadienis</w:t>
            </w:r>
          </w:p>
        </w:tc>
        <w:tc>
          <w:tcPr>
            <w:tcW w:w="294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C7985" w:rsidRDefault="007F540B">
            <w:r>
              <w:rPr>
                <w:sz w:val="18"/>
              </w:rPr>
              <w:t>1 gr. 14.30–16.05 / 2 gr. 14.30–16.05</w:t>
            </w:r>
          </w:p>
        </w:tc>
        <w:tc>
          <w:tcPr>
            <w:tcW w:w="294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C7985" w:rsidRDefault="007F540B">
            <w:r>
              <w:rPr>
                <w:sz w:val="18"/>
              </w:rPr>
              <w:t>3 kab.</w:t>
            </w:r>
          </w:p>
        </w:tc>
      </w:tr>
      <w:tr w:rsidR="007C7985">
        <w:trPr>
          <w:jc w:val="center"/>
        </w:trPr>
        <w:tc>
          <w:tcPr>
            <w:tcW w:w="294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C7985" w:rsidRDefault="007F540B">
            <w:r>
              <w:rPr>
                <w:sz w:val="18"/>
              </w:rPr>
              <w:t>Šiaulių Menų mokykla</w:t>
            </w:r>
          </w:p>
        </w:tc>
        <w:tc>
          <w:tcPr>
            <w:tcW w:w="351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C7985" w:rsidRDefault="007F540B">
            <w:r>
              <w:rPr>
                <w:sz w:val="18"/>
              </w:rPr>
              <w:t>„Skaitmeninis muzikos būr</w:t>
            </w:r>
            <w:r>
              <w:rPr>
                <w:sz w:val="18"/>
              </w:rPr>
              <w:t>elis“ (1–4 kl.)</w:t>
            </w:r>
          </w:p>
        </w:tc>
        <w:tc>
          <w:tcPr>
            <w:tcW w:w="243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C7985" w:rsidRDefault="007F540B">
            <w:r>
              <w:rPr>
                <w:sz w:val="18"/>
              </w:rPr>
              <w:t>Pirmadienis ir trečiadienis</w:t>
            </w:r>
          </w:p>
        </w:tc>
        <w:tc>
          <w:tcPr>
            <w:tcW w:w="294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C7985" w:rsidRDefault="007F540B">
            <w:r>
              <w:rPr>
                <w:sz w:val="18"/>
              </w:rPr>
              <w:t>14.00–15.00</w:t>
            </w:r>
          </w:p>
        </w:tc>
        <w:tc>
          <w:tcPr>
            <w:tcW w:w="294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C7985" w:rsidRDefault="007F540B">
            <w:r>
              <w:rPr>
                <w:sz w:val="18"/>
              </w:rPr>
              <w:t>Muzikos kabinetas</w:t>
            </w:r>
          </w:p>
        </w:tc>
      </w:tr>
      <w:tr w:rsidR="007C7985">
        <w:trPr>
          <w:jc w:val="center"/>
        </w:trPr>
        <w:tc>
          <w:tcPr>
            <w:tcW w:w="294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C7985" w:rsidRDefault="007F540B">
            <w:r>
              <w:rPr>
                <w:sz w:val="18"/>
              </w:rPr>
              <w:t>Šiaulių VŠĮ Futbolo akademija</w:t>
            </w:r>
          </w:p>
        </w:tc>
        <w:tc>
          <w:tcPr>
            <w:tcW w:w="351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C7985" w:rsidRDefault="007F540B">
            <w:r>
              <w:rPr>
                <w:sz w:val="18"/>
              </w:rPr>
              <w:t>Futboliukas (PUG–1 kl.)</w:t>
            </w:r>
          </w:p>
        </w:tc>
        <w:tc>
          <w:tcPr>
            <w:tcW w:w="243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C7985" w:rsidRDefault="007F540B">
            <w:r>
              <w:rPr>
                <w:sz w:val="18"/>
              </w:rPr>
              <w:t>Penktadienis</w:t>
            </w:r>
          </w:p>
        </w:tc>
        <w:tc>
          <w:tcPr>
            <w:tcW w:w="294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C7985" w:rsidRDefault="007F540B">
            <w:r>
              <w:rPr>
                <w:sz w:val="18"/>
              </w:rPr>
              <w:t>1 gr. 14.00–14.30 / 2 gr. 14.30–15.00</w:t>
            </w:r>
          </w:p>
        </w:tc>
        <w:tc>
          <w:tcPr>
            <w:tcW w:w="294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C7985" w:rsidRDefault="007F540B">
            <w:r>
              <w:rPr>
                <w:sz w:val="18"/>
              </w:rPr>
              <w:t>Sporto salė</w:t>
            </w:r>
          </w:p>
        </w:tc>
      </w:tr>
      <w:tr w:rsidR="007C7985">
        <w:trPr>
          <w:jc w:val="center"/>
        </w:trPr>
        <w:tc>
          <w:tcPr>
            <w:tcW w:w="294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C7985" w:rsidRDefault="007F540B">
            <w:r>
              <w:rPr>
                <w:sz w:val="18"/>
              </w:rPr>
              <w:t>VŠĮ studija „Šėlsmas“</w:t>
            </w:r>
          </w:p>
        </w:tc>
        <w:tc>
          <w:tcPr>
            <w:tcW w:w="351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C7985" w:rsidRDefault="007F540B">
            <w:r>
              <w:rPr>
                <w:sz w:val="18"/>
              </w:rPr>
              <w:t>„Gyvūnėliai“ (1–4 kl.)</w:t>
            </w:r>
          </w:p>
        </w:tc>
        <w:tc>
          <w:tcPr>
            <w:tcW w:w="243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C7985" w:rsidRDefault="007F540B">
            <w:r>
              <w:rPr>
                <w:sz w:val="18"/>
              </w:rPr>
              <w:t>Antradienis</w:t>
            </w:r>
          </w:p>
        </w:tc>
        <w:tc>
          <w:tcPr>
            <w:tcW w:w="294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C7985" w:rsidRDefault="007F540B">
            <w:r>
              <w:rPr>
                <w:sz w:val="18"/>
              </w:rPr>
              <w:t xml:space="preserve">1 gr. </w:t>
            </w:r>
            <w:r>
              <w:rPr>
                <w:sz w:val="18"/>
              </w:rPr>
              <w:t>14.00–14.45 / 2 gr. 15.00–15.45</w:t>
            </w:r>
          </w:p>
        </w:tc>
        <w:tc>
          <w:tcPr>
            <w:tcW w:w="294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C7985" w:rsidRDefault="007F540B">
            <w:r>
              <w:rPr>
                <w:sz w:val="18"/>
              </w:rPr>
              <w:t>Šokių salė</w:t>
            </w:r>
          </w:p>
        </w:tc>
      </w:tr>
      <w:tr w:rsidR="007C7985">
        <w:trPr>
          <w:jc w:val="center"/>
        </w:trPr>
        <w:tc>
          <w:tcPr>
            <w:tcW w:w="294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C7985" w:rsidRDefault="007F540B">
            <w:r>
              <w:rPr>
                <w:sz w:val="18"/>
              </w:rPr>
              <w:t>VŠĮ „Robotikos akademija“</w:t>
            </w:r>
          </w:p>
        </w:tc>
        <w:tc>
          <w:tcPr>
            <w:tcW w:w="351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C7985" w:rsidRDefault="007F540B">
            <w:r>
              <w:rPr>
                <w:sz w:val="18"/>
              </w:rPr>
              <w:t>Robotikos užsiėmimai</w:t>
            </w:r>
          </w:p>
        </w:tc>
        <w:tc>
          <w:tcPr>
            <w:tcW w:w="243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C7985" w:rsidRDefault="007F540B">
            <w:r>
              <w:rPr>
                <w:sz w:val="18"/>
              </w:rPr>
              <w:t>Pirmadienis / Trečiadienis</w:t>
            </w:r>
          </w:p>
        </w:tc>
        <w:tc>
          <w:tcPr>
            <w:tcW w:w="294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C7985" w:rsidRDefault="007F540B">
            <w:r>
              <w:rPr>
                <w:sz w:val="18"/>
              </w:rPr>
              <w:t>15.45–16.45 / 13.15–15.15</w:t>
            </w:r>
          </w:p>
        </w:tc>
        <w:tc>
          <w:tcPr>
            <w:tcW w:w="294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C7985" w:rsidRDefault="007F540B">
            <w:r>
              <w:rPr>
                <w:sz w:val="18"/>
              </w:rPr>
              <w:t>Pirmadienį – STEAM-robotikos zona; trečiadienį – 26 kab.</w:t>
            </w:r>
          </w:p>
        </w:tc>
      </w:tr>
      <w:tr w:rsidR="007C7985">
        <w:trPr>
          <w:jc w:val="center"/>
        </w:trPr>
        <w:tc>
          <w:tcPr>
            <w:tcW w:w="294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C7985" w:rsidRDefault="007F540B">
            <w:r>
              <w:rPr>
                <w:sz w:val="18"/>
              </w:rPr>
              <w:t>VŠĮ „Laikas kartu“</w:t>
            </w:r>
          </w:p>
        </w:tc>
        <w:tc>
          <w:tcPr>
            <w:tcW w:w="351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C7985" w:rsidRDefault="007F540B">
            <w:r>
              <w:rPr>
                <w:sz w:val="18"/>
              </w:rPr>
              <w:t>Detektyvų klubas STEAM (1–4 kl.)</w:t>
            </w:r>
          </w:p>
        </w:tc>
        <w:tc>
          <w:tcPr>
            <w:tcW w:w="243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C7985" w:rsidRDefault="007F540B">
            <w:r>
              <w:rPr>
                <w:sz w:val="18"/>
              </w:rPr>
              <w:t>Pi</w:t>
            </w:r>
            <w:r>
              <w:rPr>
                <w:sz w:val="18"/>
              </w:rPr>
              <w:t>rmadienis</w:t>
            </w:r>
          </w:p>
        </w:tc>
        <w:tc>
          <w:tcPr>
            <w:tcW w:w="294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C7985" w:rsidRDefault="007F540B">
            <w:r>
              <w:rPr>
                <w:sz w:val="18"/>
              </w:rPr>
              <w:t>14.00–15.30</w:t>
            </w:r>
          </w:p>
        </w:tc>
        <w:tc>
          <w:tcPr>
            <w:tcW w:w="294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C7985" w:rsidRDefault="007F540B">
            <w:r>
              <w:rPr>
                <w:sz w:val="18"/>
              </w:rPr>
              <w:t>STEAM-robotikos zona</w:t>
            </w:r>
          </w:p>
        </w:tc>
      </w:tr>
      <w:tr w:rsidR="007C7985">
        <w:trPr>
          <w:jc w:val="center"/>
        </w:trPr>
        <w:tc>
          <w:tcPr>
            <w:tcW w:w="294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C7985" w:rsidRDefault="007F540B">
            <w:r>
              <w:rPr>
                <w:sz w:val="18"/>
              </w:rPr>
              <w:t>Šaškių mokykla</w:t>
            </w:r>
          </w:p>
        </w:tc>
        <w:tc>
          <w:tcPr>
            <w:tcW w:w="351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C7985" w:rsidRDefault="007F540B">
            <w:r>
              <w:rPr>
                <w:sz w:val="18"/>
              </w:rPr>
              <w:t>Šaškės (PUG ir 1–2 kl.)</w:t>
            </w:r>
          </w:p>
        </w:tc>
        <w:tc>
          <w:tcPr>
            <w:tcW w:w="243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C7985" w:rsidRDefault="007F540B">
            <w:r>
              <w:rPr>
                <w:sz w:val="18"/>
              </w:rPr>
              <w:t>Pirmadienis–trečiadienis</w:t>
            </w:r>
          </w:p>
        </w:tc>
        <w:tc>
          <w:tcPr>
            <w:tcW w:w="294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C7985" w:rsidRDefault="007F540B">
            <w:r>
              <w:rPr>
                <w:sz w:val="18"/>
              </w:rPr>
              <w:t>13.00–14.00</w:t>
            </w:r>
          </w:p>
        </w:tc>
        <w:tc>
          <w:tcPr>
            <w:tcW w:w="294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C7985" w:rsidRDefault="007F540B">
            <w:r>
              <w:rPr>
                <w:sz w:val="18"/>
              </w:rPr>
              <w:t>Muzikos kabinetas</w:t>
            </w:r>
          </w:p>
        </w:tc>
      </w:tr>
      <w:tr w:rsidR="007C7985">
        <w:trPr>
          <w:jc w:val="center"/>
        </w:trPr>
        <w:tc>
          <w:tcPr>
            <w:tcW w:w="294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C7985" w:rsidRDefault="007F540B">
            <w:r>
              <w:rPr>
                <w:sz w:val="18"/>
              </w:rPr>
              <w:t>Dagilėlio mokykla</w:t>
            </w:r>
          </w:p>
        </w:tc>
        <w:tc>
          <w:tcPr>
            <w:tcW w:w="351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C7985" w:rsidRDefault="007F540B">
            <w:r>
              <w:rPr>
                <w:sz w:val="18"/>
              </w:rPr>
              <w:t>„Mažieji dainorėliai“ (PUG)</w:t>
            </w:r>
          </w:p>
        </w:tc>
        <w:tc>
          <w:tcPr>
            <w:tcW w:w="243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C7985" w:rsidRDefault="007F540B">
            <w:r>
              <w:rPr>
                <w:sz w:val="18"/>
              </w:rPr>
              <w:t>Pirmadienis ir penktadienis</w:t>
            </w:r>
          </w:p>
        </w:tc>
        <w:tc>
          <w:tcPr>
            <w:tcW w:w="294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C7985" w:rsidRDefault="007F540B">
            <w:r>
              <w:rPr>
                <w:sz w:val="18"/>
              </w:rPr>
              <w:t>12.00–12.35</w:t>
            </w:r>
          </w:p>
        </w:tc>
        <w:tc>
          <w:tcPr>
            <w:tcW w:w="294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C7985" w:rsidRDefault="007F540B">
            <w:r>
              <w:rPr>
                <w:sz w:val="18"/>
              </w:rPr>
              <w:t>Muzikos kabinetas</w:t>
            </w:r>
          </w:p>
        </w:tc>
      </w:tr>
      <w:tr w:rsidR="007C7985">
        <w:trPr>
          <w:jc w:val="center"/>
        </w:trPr>
        <w:tc>
          <w:tcPr>
            <w:tcW w:w="294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C7985" w:rsidRDefault="007F540B">
            <w:r>
              <w:rPr>
                <w:sz w:val="18"/>
              </w:rPr>
              <w:t xml:space="preserve">Šiaulių </w:t>
            </w:r>
            <w:r>
              <w:rPr>
                <w:sz w:val="18"/>
              </w:rPr>
              <w:t>Jaunųjų turistų centras</w:t>
            </w:r>
          </w:p>
        </w:tc>
        <w:tc>
          <w:tcPr>
            <w:tcW w:w="351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C7985" w:rsidRPr="001513BD" w:rsidRDefault="007F540B">
            <w:pPr>
              <w:rPr>
                <w:lang w:val="lt-LT"/>
              </w:rPr>
            </w:pPr>
            <w:r w:rsidRPr="001513BD">
              <w:rPr>
                <w:sz w:val="18"/>
                <w:lang w:val="lt-LT"/>
              </w:rPr>
              <w:t>Orientacinis sportas</w:t>
            </w:r>
            <w:r w:rsidR="001513BD" w:rsidRPr="001513BD">
              <w:rPr>
                <w:sz w:val="18"/>
                <w:lang w:val="lt-LT"/>
              </w:rPr>
              <w:t xml:space="preserve"> (3 kl.)</w:t>
            </w:r>
          </w:p>
        </w:tc>
        <w:tc>
          <w:tcPr>
            <w:tcW w:w="243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C7985" w:rsidRDefault="007F540B">
            <w:proofErr w:type="spellStart"/>
            <w:r>
              <w:rPr>
                <w:sz w:val="18"/>
              </w:rPr>
              <w:t>Antradienis</w:t>
            </w:r>
            <w:proofErr w:type="spellEnd"/>
          </w:p>
        </w:tc>
        <w:tc>
          <w:tcPr>
            <w:tcW w:w="294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C7985" w:rsidRDefault="007F540B">
            <w:r>
              <w:rPr>
                <w:sz w:val="18"/>
              </w:rPr>
              <w:t>16.00–17.30</w:t>
            </w:r>
          </w:p>
        </w:tc>
        <w:tc>
          <w:tcPr>
            <w:tcW w:w="294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C7985" w:rsidRDefault="007F540B">
            <w:r>
              <w:rPr>
                <w:sz w:val="18"/>
              </w:rPr>
              <w:t>Sporto salė</w:t>
            </w:r>
          </w:p>
        </w:tc>
      </w:tr>
    </w:tbl>
    <w:p w:rsidR="007C7985" w:rsidRDefault="001513BD">
      <w:pPr>
        <w:spacing w:before="100"/>
      </w:pPr>
      <w:r>
        <w:rPr>
          <w:i/>
          <w:sz w:val="16"/>
        </w:rPr>
        <w:t xml:space="preserve"> </w:t>
      </w:r>
      <w:bookmarkStart w:id="0" w:name="_GoBack"/>
      <w:bookmarkEnd w:id="0"/>
    </w:p>
    <w:sectPr w:rsidR="007C7985" w:rsidSect="00034616">
      <w:pgSz w:w="15840" w:h="12240" w:orient="landscape"/>
      <w:pgMar w:top="680" w:right="680" w:bottom="680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raassunumeriai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raassunumeriai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raassuenkleliai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raassuenkleliai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raassunumeriai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raassuenkleliai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1513BD"/>
    <w:rsid w:val="0029639D"/>
    <w:rsid w:val="00326F90"/>
    <w:rsid w:val="007C7985"/>
    <w:rsid w:val="007F540B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99C44F"/>
  <w14:defaultImageDpi w14:val="300"/>
  <w15:docId w15:val="{9CBA735C-F92C-48E1-A3AC-BF76F0C7B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FC693F"/>
  </w:style>
  <w:style w:type="paragraph" w:styleId="Antrat1">
    <w:name w:val="heading 1"/>
    <w:basedOn w:val="prastasis"/>
    <w:next w:val="prastasis"/>
    <w:link w:val="Antrat1Diagrama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ntrat3">
    <w:name w:val="heading 3"/>
    <w:basedOn w:val="prastasis"/>
    <w:next w:val="prastasis"/>
    <w:link w:val="Antrat3Diagrama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E618BF"/>
  </w:style>
  <w:style w:type="paragraph" w:styleId="Porat">
    <w:name w:val="footer"/>
    <w:basedOn w:val="prastasis"/>
    <w:link w:val="PoratDiagrama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E618BF"/>
  </w:style>
  <w:style w:type="paragraph" w:styleId="Betarp">
    <w:name w:val="No Spacing"/>
    <w:uiPriority w:val="1"/>
    <w:qFormat/>
    <w:rsid w:val="00FC693F"/>
    <w:pPr>
      <w:spacing w:after="0" w:line="240" w:lineRule="auto"/>
    </w:pPr>
  </w:style>
  <w:style w:type="character" w:customStyle="1" w:styleId="Antrat1Diagrama">
    <w:name w:val="Antraštė 1 Diagrama"/>
    <w:basedOn w:val="Numatytasispastraiposriftas"/>
    <w:link w:val="Antra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ntrat3Diagrama">
    <w:name w:val="Antraštė 3 Diagrama"/>
    <w:basedOn w:val="Numatytasispastraiposriftas"/>
    <w:link w:val="Antra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Sraopastraipa">
    <w:name w:val="List Paragraph"/>
    <w:basedOn w:val="prastasis"/>
    <w:uiPriority w:val="34"/>
    <w:qFormat/>
    <w:rsid w:val="00FC693F"/>
    <w:pPr>
      <w:ind w:left="720"/>
      <w:contextualSpacing/>
    </w:pPr>
  </w:style>
  <w:style w:type="paragraph" w:styleId="Pagrindinistekstas">
    <w:name w:val="Body Text"/>
    <w:basedOn w:val="prastasis"/>
    <w:link w:val="PagrindinistekstasDiagrama"/>
    <w:uiPriority w:val="99"/>
    <w:unhideWhenUsed/>
    <w:rsid w:val="00AA1D8D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rsid w:val="00AA1D8D"/>
  </w:style>
  <w:style w:type="paragraph" w:styleId="Pagrindinistekstas2">
    <w:name w:val="Body Text 2"/>
    <w:basedOn w:val="prastasis"/>
    <w:link w:val="Pagrindinistekstas2Diagrama"/>
    <w:uiPriority w:val="99"/>
    <w:unhideWhenUsed/>
    <w:rsid w:val="00AA1D8D"/>
    <w:pPr>
      <w:spacing w:after="120" w:line="480" w:lineRule="auto"/>
    </w:pPr>
  </w:style>
  <w:style w:type="character" w:customStyle="1" w:styleId="Pagrindinistekstas2Diagrama">
    <w:name w:val="Pagrindinis tekstas 2 Diagrama"/>
    <w:basedOn w:val="Numatytasispastraiposriftas"/>
    <w:link w:val="Pagrindinistekstas2"/>
    <w:uiPriority w:val="99"/>
    <w:rsid w:val="00AA1D8D"/>
  </w:style>
  <w:style w:type="paragraph" w:styleId="Pagrindinistekstas3">
    <w:name w:val="Body Text 3"/>
    <w:basedOn w:val="prastasis"/>
    <w:link w:val="Pagrindinistekstas3Diagrama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Pagrindinistekstas3Diagrama">
    <w:name w:val="Pagrindinis tekstas 3 Diagrama"/>
    <w:basedOn w:val="Numatytasispastraiposriftas"/>
    <w:link w:val="Pagrindinistekstas3"/>
    <w:uiPriority w:val="99"/>
    <w:rsid w:val="00AA1D8D"/>
    <w:rPr>
      <w:sz w:val="16"/>
      <w:szCs w:val="16"/>
    </w:rPr>
  </w:style>
  <w:style w:type="paragraph" w:styleId="Sraas">
    <w:name w:val="List"/>
    <w:basedOn w:val="prastasis"/>
    <w:uiPriority w:val="99"/>
    <w:unhideWhenUsed/>
    <w:rsid w:val="00AA1D8D"/>
    <w:pPr>
      <w:ind w:left="360" w:hanging="360"/>
      <w:contextualSpacing/>
    </w:pPr>
  </w:style>
  <w:style w:type="paragraph" w:styleId="Sraas2">
    <w:name w:val="List 2"/>
    <w:basedOn w:val="prastasis"/>
    <w:uiPriority w:val="99"/>
    <w:unhideWhenUsed/>
    <w:rsid w:val="00326F90"/>
    <w:pPr>
      <w:ind w:left="720" w:hanging="360"/>
      <w:contextualSpacing/>
    </w:pPr>
  </w:style>
  <w:style w:type="paragraph" w:styleId="Sraas3">
    <w:name w:val="List 3"/>
    <w:basedOn w:val="prastasis"/>
    <w:uiPriority w:val="99"/>
    <w:unhideWhenUsed/>
    <w:rsid w:val="00326F90"/>
    <w:pPr>
      <w:ind w:left="1080" w:hanging="360"/>
      <w:contextualSpacing/>
    </w:pPr>
  </w:style>
  <w:style w:type="paragraph" w:styleId="Sraassuenkleliais">
    <w:name w:val="List Bullet"/>
    <w:basedOn w:val="prastasis"/>
    <w:uiPriority w:val="99"/>
    <w:unhideWhenUsed/>
    <w:rsid w:val="00326F90"/>
    <w:pPr>
      <w:numPr>
        <w:numId w:val="1"/>
      </w:numPr>
      <w:contextualSpacing/>
    </w:pPr>
  </w:style>
  <w:style w:type="paragraph" w:styleId="Sraassuenkleliais2">
    <w:name w:val="List Bullet 2"/>
    <w:basedOn w:val="prastasis"/>
    <w:uiPriority w:val="99"/>
    <w:unhideWhenUsed/>
    <w:rsid w:val="00326F90"/>
    <w:pPr>
      <w:numPr>
        <w:numId w:val="2"/>
      </w:numPr>
      <w:contextualSpacing/>
    </w:pPr>
  </w:style>
  <w:style w:type="paragraph" w:styleId="Sraassuenkleliais3">
    <w:name w:val="List Bullet 3"/>
    <w:basedOn w:val="prastasis"/>
    <w:uiPriority w:val="99"/>
    <w:unhideWhenUsed/>
    <w:rsid w:val="00326F90"/>
    <w:pPr>
      <w:numPr>
        <w:numId w:val="3"/>
      </w:numPr>
      <w:contextualSpacing/>
    </w:pPr>
  </w:style>
  <w:style w:type="paragraph" w:styleId="Sraassunumeriais">
    <w:name w:val="List Number"/>
    <w:basedOn w:val="prastasis"/>
    <w:uiPriority w:val="99"/>
    <w:unhideWhenUsed/>
    <w:rsid w:val="00326F90"/>
    <w:pPr>
      <w:numPr>
        <w:numId w:val="5"/>
      </w:numPr>
      <w:contextualSpacing/>
    </w:pPr>
  </w:style>
  <w:style w:type="paragraph" w:styleId="Sraassunumeriais2">
    <w:name w:val="List Number 2"/>
    <w:basedOn w:val="prastasis"/>
    <w:uiPriority w:val="99"/>
    <w:unhideWhenUsed/>
    <w:rsid w:val="0029639D"/>
    <w:pPr>
      <w:numPr>
        <w:numId w:val="6"/>
      </w:numPr>
      <w:contextualSpacing/>
    </w:pPr>
  </w:style>
  <w:style w:type="paragraph" w:styleId="Sraassunumeriais3">
    <w:name w:val="List Number 3"/>
    <w:basedOn w:val="prastasis"/>
    <w:uiPriority w:val="99"/>
    <w:unhideWhenUsed/>
    <w:rsid w:val="0029639D"/>
    <w:pPr>
      <w:numPr>
        <w:numId w:val="7"/>
      </w:numPr>
      <w:contextualSpacing/>
    </w:pPr>
  </w:style>
  <w:style w:type="paragraph" w:styleId="Sraotsinys">
    <w:name w:val="List Continue"/>
    <w:basedOn w:val="prastasis"/>
    <w:uiPriority w:val="99"/>
    <w:unhideWhenUsed/>
    <w:rsid w:val="0029639D"/>
    <w:pPr>
      <w:spacing w:after="120"/>
      <w:ind w:left="360"/>
      <w:contextualSpacing/>
    </w:pPr>
  </w:style>
  <w:style w:type="paragraph" w:styleId="Sraotsinys2">
    <w:name w:val="List Continue 2"/>
    <w:basedOn w:val="prastasis"/>
    <w:uiPriority w:val="99"/>
    <w:unhideWhenUsed/>
    <w:rsid w:val="0029639D"/>
    <w:pPr>
      <w:spacing w:after="120"/>
      <w:ind w:left="720"/>
      <w:contextualSpacing/>
    </w:pPr>
  </w:style>
  <w:style w:type="paragraph" w:styleId="Sraotsinys3">
    <w:name w:val="List Continue 3"/>
    <w:basedOn w:val="prastasis"/>
    <w:uiPriority w:val="99"/>
    <w:unhideWhenUsed/>
    <w:rsid w:val="0029639D"/>
    <w:pPr>
      <w:spacing w:after="120"/>
      <w:ind w:left="1080"/>
      <w:contextualSpacing/>
    </w:pPr>
  </w:style>
  <w:style w:type="paragraph" w:styleId="Makrokomandostekstas">
    <w:name w:val="macro"/>
    <w:link w:val="MakrokomandostekstasDiagrama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komandostekstasDiagrama">
    <w:name w:val="Makrokomandos tekstas Diagrama"/>
    <w:basedOn w:val="Numatytasispastraiposriftas"/>
    <w:link w:val="Makrokomandostekstas"/>
    <w:uiPriority w:val="99"/>
    <w:rsid w:val="0029639D"/>
    <w:rPr>
      <w:rFonts w:ascii="Courier" w:hAnsi="Courier"/>
      <w:sz w:val="20"/>
      <w:szCs w:val="20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FC693F"/>
    <w:rPr>
      <w:i/>
      <w:iCs/>
      <w:color w:val="000000" w:themeColor="text1"/>
    </w:rPr>
  </w:style>
  <w:style w:type="character" w:customStyle="1" w:styleId="CitataDiagrama">
    <w:name w:val="Citata Diagrama"/>
    <w:basedOn w:val="Numatytasispastraiposriftas"/>
    <w:link w:val="Citata"/>
    <w:uiPriority w:val="29"/>
    <w:rsid w:val="00FC693F"/>
    <w:rPr>
      <w:i/>
      <w:iCs/>
      <w:color w:val="000000" w:themeColor="text1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ntrat">
    <w:name w:val="caption"/>
    <w:basedOn w:val="prastasis"/>
    <w:next w:val="prastasis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rietas">
    <w:name w:val="Strong"/>
    <w:basedOn w:val="Numatytasispastraiposriftas"/>
    <w:uiPriority w:val="22"/>
    <w:qFormat/>
    <w:rsid w:val="00FC693F"/>
    <w:rPr>
      <w:b/>
      <w:bCs/>
    </w:rPr>
  </w:style>
  <w:style w:type="character" w:styleId="Emfaz">
    <w:name w:val="Emphasis"/>
    <w:basedOn w:val="Numatytasispastraiposriftas"/>
    <w:uiPriority w:val="20"/>
    <w:qFormat/>
    <w:rsid w:val="00FC693F"/>
    <w:rPr>
      <w:i/>
      <w:iCs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FC693F"/>
    <w:rPr>
      <w:b/>
      <w:bCs/>
      <w:i/>
      <w:iCs/>
      <w:color w:val="4F81BD" w:themeColor="accent1"/>
    </w:rPr>
  </w:style>
  <w:style w:type="character" w:styleId="Nerykuspabraukimas">
    <w:name w:val="Subtle Emphasis"/>
    <w:basedOn w:val="Numatytasispastraiposriftas"/>
    <w:uiPriority w:val="19"/>
    <w:qFormat/>
    <w:rsid w:val="00FC693F"/>
    <w:rPr>
      <w:i/>
      <w:iCs/>
      <w:color w:val="808080" w:themeColor="text1" w:themeTint="7F"/>
    </w:rPr>
  </w:style>
  <w:style w:type="character" w:styleId="Rykuspabraukimas">
    <w:name w:val="Intense Emphasis"/>
    <w:basedOn w:val="Numatytasispastraiposriftas"/>
    <w:uiPriority w:val="21"/>
    <w:qFormat/>
    <w:rsid w:val="00FC693F"/>
    <w:rPr>
      <w:b/>
      <w:bCs/>
      <w:i/>
      <w:iCs/>
      <w:color w:val="4F81BD" w:themeColor="accent1"/>
    </w:rPr>
  </w:style>
  <w:style w:type="character" w:styleId="Nerykinuoroda">
    <w:name w:val="Subtle Reference"/>
    <w:basedOn w:val="Numatytasispastraiposriftas"/>
    <w:uiPriority w:val="31"/>
    <w:qFormat/>
    <w:rsid w:val="00FC693F"/>
    <w:rPr>
      <w:smallCaps/>
      <w:color w:val="C0504D" w:themeColor="accent2"/>
      <w:u w:val="single"/>
    </w:rPr>
  </w:style>
  <w:style w:type="character" w:styleId="Rykinuoroda">
    <w:name w:val="Intense Reference"/>
    <w:basedOn w:val="Numatytasispastraiposriftas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gospavadinimas">
    <w:name w:val="Book Title"/>
    <w:basedOn w:val="Numatytasispastraiposriftas"/>
    <w:uiPriority w:val="33"/>
    <w:qFormat/>
    <w:rsid w:val="00FC693F"/>
    <w:rPr>
      <w:b/>
      <w:bCs/>
      <w:smallCaps/>
      <w:spacing w:val="5"/>
    </w:rPr>
  </w:style>
  <w:style w:type="paragraph" w:styleId="Turinioantrat">
    <w:name w:val="TOC Heading"/>
    <w:basedOn w:val="Antrat1"/>
    <w:next w:val="prastasis"/>
    <w:uiPriority w:val="39"/>
    <w:semiHidden/>
    <w:unhideWhenUsed/>
    <w:qFormat/>
    <w:rsid w:val="00FC693F"/>
    <w:pPr>
      <w:outlineLvl w:val="9"/>
    </w:pPr>
  </w:style>
  <w:style w:type="table" w:styleId="Lentelstinklelis">
    <w:name w:val="Table Grid"/>
    <w:basedOn w:val="prastojilent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esusisspalvinimas">
    <w:name w:val="Light Shading"/>
    <w:basedOn w:val="prastojilent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esusspalvinimas1parykinimas">
    <w:name w:val="Light Shading Accent 1"/>
    <w:basedOn w:val="prastojilent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esusspalvinimas2parykinimas">
    <w:name w:val="Light Shading Accent 2"/>
    <w:basedOn w:val="prastojilent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esusspalvinimas3parykinimas">
    <w:name w:val="Light Shading Accent 3"/>
    <w:basedOn w:val="prastojilent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esusspalvinimas4parykinimas">
    <w:name w:val="Light Shading Accent 4"/>
    <w:basedOn w:val="prastojilent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esusspalvinimas5parykinimas">
    <w:name w:val="Light Shading Accent 5"/>
    <w:basedOn w:val="prastojilent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esusspalvinimas6parykinimas">
    <w:name w:val="Light Shading Accent 6"/>
    <w:basedOn w:val="prastojilent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esussraas">
    <w:name w:val="Light List"/>
    <w:basedOn w:val="prastojilent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esussraas1parykinimas">
    <w:name w:val="Light List Accent 1"/>
    <w:basedOn w:val="prastojilent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esussraas2parykinimas">
    <w:name w:val="Light List Accent 2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esussraas3parykinimas">
    <w:name w:val="Light List Accent 3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esussraas4parykinimas">
    <w:name w:val="Light List Accent 4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esussraas5parykinimas">
    <w:name w:val="Light List Accent 5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esussraas6parykinimas">
    <w:name w:val="Light List Accent 6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esustinklelis">
    <w:name w:val="Light Grid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esustinklelis1parykinimas">
    <w:name w:val="Light Grid Accent 1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esustinklelis2parykinimas">
    <w:name w:val="Light Grid Accent 2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esustinklelis3parykinimas">
    <w:name w:val="Light Grid Accent 3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esustinklelis4parykinimas">
    <w:name w:val="Light Grid Accent 4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esustinklelis5parykinimas">
    <w:name w:val="Light Grid Accent 5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esustinklelis6parykinimas">
    <w:name w:val="Light Grid Accent 6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vidutinisspalvinimas">
    <w:name w:val="Medium Shading 1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1parykinimas">
    <w:name w:val="Medium Shading 1 Accent 1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2parykinimas">
    <w:name w:val="Medium Shading 1 Accent 2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3parykinimas">
    <w:name w:val="Medium Shading 1 Accent 3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4parykinimas">
    <w:name w:val="Medium Shading 1 Accent 4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5parykinimas">
    <w:name w:val="Medium Shading 1 Accent 5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6parykinimas">
    <w:name w:val="Medium Shading 1 Accent 6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vidutinisspalvinimas">
    <w:name w:val="Medium Shading 2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1parykinimas">
    <w:name w:val="Medium Shading 2 Accent 1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2parykinimas">
    <w:name w:val="Medium Shading 2 Accent 2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3parykinimas">
    <w:name w:val="Medium Shading 2 Accent 3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4parykinimas">
    <w:name w:val="Medium Shading 2 Accent 4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5parykinimas">
    <w:name w:val="Medium Shading 2 Accent 5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6parykinimas">
    <w:name w:val="Medium Shading 2 Accent 6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vidutinissraas">
    <w:name w:val="Medium List 1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vidutinissraas1parykinimas">
    <w:name w:val="Medium List 1 Accent 1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vidutinissraas2parykinimas">
    <w:name w:val="Medium List 1 Accent 2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vidutinissraas3parykinimas">
    <w:name w:val="Medium List 1 Accent 3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vidutinissraas4parykinimas">
    <w:name w:val="Medium List 1 Accent 4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vidutinissraas5parykinimas">
    <w:name w:val="Medium List 1 Accent 5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vidutinissraas6parykinimas">
    <w:name w:val="Medium List 1 Accent 6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vidutinissraas">
    <w:name w:val="Medium List 2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1parykinimas">
    <w:name w:val="Medium List 2 Accent 1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2parykinimas">
    <w:name w:val="Medium List 2 Accent 2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3parykinimas">
    <w:name w:val="Medium List 2 Accent 3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4parykinimas">
    <w:name w:val="Medium List 2 Accent 4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5parykinimas">
    <w:name w:val="Medium List 2 Accent 5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6parykinimas">
    <w:name w:val="Medium List 2 Accent 6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vidutinistinklelis">
    <w:name w:val="Medium Grid 1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vidutinistinklelis1parykinimas">
    <w:name w:val="Medium Grid 1 Accent 1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vidutinistinklelis2parykinimas">
    <w:name w:val="Medium Grid 1 Accent 2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vidutinistinklelis3parykinimas">
    <w:name w:val="Medium Grid 1 Accent 3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vidutinistinklelis4parykinimas">
    <w:name w:val="Medium Grid 1 Accent 4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vidutinistinklelis5parykinimas">
    <w:name w:val="Medium Grid 1 Accent 5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vidutinistinklelis6parykinimas">
    <w:name w:val="Medium Grid 1 Accent 6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vidutinistinklelis">
    <w:name w:val="Medium Grid 2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1parykinimas">
    <w:name w:val="Medium Grid 2 Accent 1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2parykinimas">
    <w:name w:val="Medium Grid 2 Accent 2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3parykinimas">
    <w:name w:val="Medium Grid 2 Accent 3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4parykinimas">
    <w:name w:val="Medium Grid 2 Accent 4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5parykinimas">
    <w:name w:val="Medium Grid 2 Accent 5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6parykinimas">
    <w:name w:val="Medium Grid 2 Accent 6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vidutinistinklelis">
    <w:name w:val="Medium Grid 3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vidutinistinklelis1parykinimas">
    <w:name w:val="Medium Grid 3 Accent 1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vidutinistinklelis2parykinimas">
    <w:name w:val="Medium Grid 3 Accent 2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vidutinistinklelis3parykinimas">
    <w:name w:val="Medium Grid 3 Accent 3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vidutinistinklelis4parykinimas">
    <w:name w:val="Medium Grid 3 Accent 4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vidutinistinklelis5parykinimas">
    <w:name w:val="Medium Grid 3 Accent 5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vidutinistinklelis6parykinimas">
    <w:name w:val="Medium Grid 3 Accent 6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sussraas">
    <w:name w:val="Dark List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sussraas1parykinimas">
    <w:name w:val="Dark List Accent 1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sussraas2parykinimas">
    <w:name w:val="Dark List Accent 2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sussraas3parykinimas">
    <w:name w:val="Dark List Accent 3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sussraas4parykinimas">
    <w:name w:val="Dark List Accent 4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sussraas5parykinimas">
    <w:name w:val="Dark List Accent 5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sussraas6parykinimas">
    <w:name w:val="Dark List Accent 6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palvotasspalvinimas">
    <w:name w:val="Colorful Shading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1parykinimas">
    <w:name w:val="Colorful Shading Accent 1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2parykinimas">
    <w:name w:val="Colorful Shading Accent 2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3parykinimas">
    <w:name w:val="Colorful Shading Accent 3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palvotasspalvinimas4parykinimas">
    <w:name w:val="Colorful Shading Accent 4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5parykinimas">
    <w:name w:val="Colorful Shading Accent 5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6parykinimas">
    <w:name w:val="Colorful Shading Accent 6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raas">
    <w:name w:val="Colorful List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palvotassraas1parykinimas">
    <w:name w:val="Colorful List Accent 1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palvotassraas2parykinimas">
    <w:name w:val="Colorful List Accent 2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palvotassraas3parykinimas">
    <w:name w:val="Colorful List Accent 3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palvotassraas4parykinimas">
    <w:name w:val="Colorful List Accent 4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palvotassraas5parykinimas">
    <w:name w:val="Colorful List Accent 5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palvotassraas6parykinimas">
    <w:name w:val="Colorful List Accent 6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palvotastinklelis">
    <w:name w:val="Colorful Grid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palvotastinklelis1parykinimas">
    <w:name w:val="Colorful Grid Accent 1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palvotastinklelis2parykinimas">
    <w:name w:val="Colorful Grid Accent 2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palvotastinklelis3parykinimas">
    <w:name w:val="Colorful Grid Accent 3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palvotastinklelis4parykinimas">
    <w:name w:val="Colorful Grid Accent 4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palvotastinklelis5parykinimas">
    <w:name w:val="Colorful Grid Accent 5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palvotastinklelis6parykinimas">
    <w:name w:val="Colorful Grid Accent 6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499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30278E-DBB2-47C8-A2AD-9CE549A16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878</Words>
  <Characters>502</Characters>
  <Application>Microsoft Office Word</Application>
  <DocSecurity>0</DocSecurity>
  <Lines>4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1378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Vilma Gapšienė</cp:lastModifiedBy>
  <cp:revision>2</cp:revision>
  <dcterms:created xsi:type="dcterms:W3CDTF">2026-09-25T07:30:00Z</dcterms:created>
  <dcterms:modified xsi:type="dcterms:W3CDTF">2026-09-25T07:30:00Z</dcterms:modified>
  <cp:category/>
</cp:coreProperties>
</file>